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E04" w:rsidRPr="007B75D0" w:rsidRDefault="00ED608A">
      <w:pPr>
        <w:jc w:val="center"/>
        <w:rPr>
          <w:lang w:val="ru-RU"/>
        </w:rPr>
      </w:pPr>
      <w:r w:rsidRPr="007B75D0">
        <w:rPr>
          <w:b/>
          <w:sz w:val="28"/>
          <w:lang w:val="ru-RU"/>
        </w:rPr>
        <w:t>ПРОЕКТ</w:t>
      </w:r>
    </w:p>
    <w:p w:rsidR="009E3E04" w:rsidRPr="007B75D0" w:rsidRDefault="00ED608A">
      <w:pPr>
        <w:jc w:val="center"/>
        <w:rPr>
          <w:lang w:val="ru-RU"/>
        </w:rPr>
      </w:pPr>
      <w:r w:rsidRPr="007B75D0">
        <w:rPr>
          <w:b/>
          <w:sz w:val="28"/>
          <w:lang w:val="ru-RU"/>
        </w:rPr>
        <w:t>календарного плана на 2027 г.</w:t>
      </w:r>
    </w:p>
    <w:p w:rsidR="009E3E04" w:rsidRPr="007B75D0" w:rsidRDefault="009E3E04">
      <w:pPr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95"/>
        <w:gridCol w:w="1984"/>
        <w:gridCol w:w="5102"/>
        <w:gridCol w:w="2835"/>
        <w:gridCol w:w="3402"/>
      </w:tblGrid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bookmarkStart w:id="0" w:name="_Hlk240632011"/>
            <w:r w:rsidRPr="007B75D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51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Наименование соревнований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Возрастные группы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Место проведения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Дата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соревнований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Возрастные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группы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Место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проведения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14018" w:type="dxa"/>
            <w:gridSpan w:val="5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7B75D0">
              <w:rPr>
                <w:b/>
                <w:sz w:val="28"/>
                <w:szCs w:val="28"/>
              </w:rPr>
              <w:t>часть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ЕКП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19 - 25 </w:t>
            </w:r>
            <w:proofErr w:type="spellStart"/>
            <w:r w:rsidRPr="007B75D0">
              <w:rPr>
                <w:sz w:val="28"/>
                <w:szCs w:val="28"/>
              </w:rPr>
              <w:t>января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</w:t>
            </w:r>
            <w:proofErr w:type="spellStart"/>
            <w:r w:rsidRPr="007B75D0">
              <w:rPr>
                <w:sz w:val="28"/>
                <w:szCs w:val="28"/>
              </w:rPr>
              <w:t>Юность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Урала</w:t>
            </w:r>
            <w:proofErr w:type="spellEnd"/>
            <w:r w:rsidRPr="007B75D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г. Каменск-Уральский, Свердловская область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</w:t>
            </w:r>
            <w:proofErr w:type="spellStart"/>
            <w:r w:rsidRPr="007B75D0">
              <w:rPr>
                <w:sz w:val="28"/>
                <w:szCs w:val="28"/>
              </w:rPr>
              <w:t>февраля</w:t>
            </w:r>
            <w:proofErr w:type="spellEnd"/>
            <w:r w:rsidRPr="007B75D0">
              <w:rPr>
                <w:sz w:val="28"/>
                <w:szCs w:val="28"/>
              </w:rPr>
              <w:t xml:space="preserve"> - 31 </w:t>
            </w:r>
            <w:proofErr w:type="spellStart"/>
            <w:r w:rsidRPr="007B75D0">
              <w:rPr>
                <w:sz w:val="28"/>
                <w:szCs w:val="28"/>
              </w:rPr>
              <w:t>марта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2-й квалификационный турнир МФТА для ОИ-2028 в Лос-Анджелесе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Ташкент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Узбекистан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5 - 8 </w:t>
            </w:r>
            <w:proofErr w:type="spellStart"/>
            <w:r w:rsidRPr="007B75D0">
              <w:rPr>
                <w:b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КУБОК РОССИИ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8 - 15 </w:t>
            </w:r>
            <w:proofErr w:type="spellStart"/>
            <w:r w:rsidRPr="007B75D0">
              <w:rPr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«Турнир памяти ЗТР М.С. Окунева, на призы Олимпийского чемпиона Дмитрия Берестова»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д. Кузьмино-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Фильчаково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, Московская область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23 - 28 </w:t>
            </w:r>
            <w:proofErr w:type="spellStart"/>
            <w:r w:rsidRPr="007B75D0">
              <w:rPr>
                <w:b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РОССИИ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3 - 8 </w:t>
            </w:r>
            <w:proofErr w:type="spellStart"/>
            <w:r w:rsidRPr="007B75D0">
              <w:rPr>
                <w:sz w:val="28"/>
                <w:szCs w:val="28"/>
              </w:rPr>
              <w:t>марта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ЗТР Р.Х.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Шагапова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Екатеринбург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Свердловская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9 - 15 </w:t>
            </w:r>
            <w:proofErr w:type="spellStart"/>
            <w:r w:rsidRPr="007B75D0">
              <w:rPr>
                <w:sz w:val="28"/>
                <w:szCs w:val="28"/>
              </w:rPr>
              <w:t>марта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XXVII</w:t>
            </w:r>
            <w:r w:rsidRPr="007B75D0">
              <w:rPr>
                <w:sz w:val="28"/>
                <w:szCs w:val="28"/>
                <w:lang w:val="ru-RU"/>
              </w:rPr>
              <w:t xml:space="preserve"> Всероссийский турнир памяти ЗТ РСФСР Б.А.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Шесталюка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мальчики, девочки 10-12 лет юноши, девушки 13-15 лет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>пос. Солнечный, Ханты-Мансийский автономный округ-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Югра, Сургутский район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Центрального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Владимир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Владимирская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Центрального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Владимир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Владимирская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Северо-Западного федерального округа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Калининград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Калининградская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Первенство Северо-Западного федерального округа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Калининград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Калининградская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Приволжского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Оренбург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Оренбургская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Приволжского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Оренбург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Оренбургская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Уральского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Екатеринбург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Свердловская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Уральского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Екатеринбург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Свердловская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Южного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с. </w:t>
            </w:r>
            <w:proofErr w:type="spellStart"/>
            <w:r w:rsidRPr="007B75D0">
              <w:rPr>
                <w:sz w:val="28"/>
                <w:szCs w:val="28"/>
              </w:rPr>
              <w:t>Сукко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Краснодарский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Южного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федерального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с. </w:t>
            </w:r>
            <w:proofErr w:type="spellStart"/>
            <w:r w:rsidRPr="007B75D0">
              <w:rPr>
                <w:sz w:val="28"/>
                <w:szCs w:val="28"/>
              </w:rPr>
              <w:t>Сукко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Краснодарский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Северо-Кавказского федерального округа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Грозный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Чеченская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Первенство Северо-Кавказского федерального округа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Грозный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Чеченская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20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объединенной зоны Сибирского и Дальневосточного федеральных округов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Абакан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Хакасия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proofErr w:type="spellStart"/>
            <w:r w:rsidRPr="007B75D0">
              <w:rPr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Первенство объединенной зоны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Сибирского и Дальневосточного федеральных округов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lastRenderedPageBreak/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r w:rsidRPr="007B75D0">
              <w:rPr>
                <w:sz w:val="28"/>
                <w:szCs w:val="28"/>
              </w:rPr>
              <w:lastRenderedPageBreak/>
              <w:t xml:space="preserve">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Абакан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lastRenderedPageBreak/>
              <w:t>Хакасия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11 - 18 </w:t>
            </w:r>
            <w:proofErr w:type="spellStart"/>
            <w:r w:rsidRPr="007B75D0">
              <w:rPr>
                <w:b/>
                <w:sz w:val="28"/>
                <w:szCs w:val="28"/>
              </w:rPr>
              <w:t>апреля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Европы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Турция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1 - 31 </w:t>
            </w:r>
            <w:proofErr w:type="spellStart"/>
            <w:r w:rsidRPr="007B75D0">
              <w:rPr>
                <w:b/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мира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юниоры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юниорки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15-20 </w:t>
            </w:r>
            <w:proofErr w:type="spellStart"/>
            <w:r w:rsidRPr="007B75D0">
              <w:rPr>
                <w:b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Тирана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Албания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1 - 5 </w:t>
            </w:r>
            <w:proofErr w:type="spellStart"/>
            <w:r w:rsidRPr="007B75D0">
              <w:rPr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</w:t>
            </w:r>
            <w:proofErr w:type="spellStart"/>
            <w:r w:rsidRPr="007B75D0">
              <w:rPr>
                <w:sz w:val="28"/>
                <w:szCs w:val="28"/>
              </w:rPr>
              <w:t>Победа</w:t>
            </w:r>
            <w:proofErr w:type="spellEnd"/>
            <w:r w:rsidRPr="007B75D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25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6 - 9 </w:t>
            </w:r>
            <w:proofErr w:type="spellStart"/>
            <w:r w:rsidRPr="007B75D0">
              <w:rPr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XXXVII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участника Великой Отечественной войны Ю.П. Иванова»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Красноярск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Красноярский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10 - 13 </w:t>
            </w:r>
            <w:proofErr w:type="spellStart"/>
            <w:r w:rsidRPr="007B75D0">
              <w:rPr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«Турнир памяти Маршала Советского Союза Г.К. Жукова»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Обнинск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Калужская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14 - 18 </w:t>
            </w:r>
            <w:proofErr w:type="spellStart"/>
            <w:r w:rsidRPr="007B75D0">
              <w:rPr>
                <w:b/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РОССИИ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юниоры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юниорки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15-23 </w:t>
            </w:r>
            <w:proofErr w:type="spellStart"/>
            <w:r w:rsidRPr="007B75D0">
              <w:rPr>
                <w:b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18 - 23 </w:t>
            </w:r>
            <w:proofErr w:type="spellStart"/>
            <w:r w:rsidRPr="007B75D0">
              <w:rPr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«Янтарная штанга» памяти судьи международной категории Э.И. Цирика»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Калининград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Калининградская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24 - 29 </w:t>
            </w:r>
            <w:proofErr w:type="spellStart"/>
            <w:r w:rsidRPr="007B75D0">
              <w:rPr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«Железная игра» на призы МСМК СССР М.В. Шуваева»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Барнаул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Алтайский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1 - 30 </w:t>
            </w:r>
            <w:proofErr w:type="spellStart"/>
            <w:r w:rsidRPr="007B75D0">
              <w:rPr>
                <w:b/>
                <w:sz w:val="28"/>
                <w:szCs w:val="28"/>
              </w:rPr>
              <w:t>июня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мира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Асунсьон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Парагвай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31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1 - 30 </w:t>
            </w:r>
            <w:proofErr w:type="spellStart"/>
            <w:r w:rsidRPr="007B75D0">
              <w:rPr>
                <w:sz w:val="28"/>
                <w:szCs w:val="28"/>
              </w:rPr>
              <w:t>июня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3rd IWF Qualifier for LA2028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Лима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Перу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32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2 - 6 </w:t>
            </w:r>
            <w:proofErr w:type="spellStart"/>
            <w:r w:rsidRPr="007B75D0">
              <w:rPr>
                <w:sz w:val="28"/>
                <w:szCs w:val="28"/>
              </w:rPr>
              <w:t>июня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Олимпийского чемпиона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А.П.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Курынова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lastRenderedPageBreak/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Казань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Татарстан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9 - 14 </w:t>
            </w:r>
            <w:proofErr w:type="spellStart"/>
            <w:r w:rsidRPr="007B75D0">
              <w:rPr>
                <w:b/>
                <w:sz w:val="28"/>
                <w:szCs w:val="28"/>
              </w:rPr>
              <w:t>июля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ЧЕМПИОНАТ РОССИИ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34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19 - 26 </w:t>
            </w:r>
            <w:proofErr w:type="spellStart"/>
            <w:r w:rsidRPr="007B75D0">
              <w:rPr>
                <w:sz w:val="28"/>
                <w:szCs w:val="28"/>
              </w:rPr>
              <w:t>июля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«Путь к Олимпу»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35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28 </w:t>
            </w:r>
            <w:proofErr w:type="spellStart"/>
            <w:r w:rsidRPr="007B75D0">
              <w:rPr>
                <w:sz w:val="28"/>
                <w:szCs w:val="28"/>
              </w:rPr>
              <w:t>июля</w:t>
            </w:r>
            <w:proofErr w:type="spellEnd"/>
            <w:r w:rsidRPr="007B75D0">
              <w:rPr>
                <w:sz w:val="28"/>
                <w:szCs w:val="28"/>
              </w:rPr>
              <w:t xml:space="preserve"> - 2 </w:t>
            </w:r>
            <w:proofErr w:type="spellStart"/>
            <w:r w:rsidRPr="007B75D0">
              <w:rPr>
                <w:sz w:val="28"/>
                <w:szCs w:val="28"/>
              </w:rPr>
              <w:t>августа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IV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ЗТР П.Г. Блинова на призы ЗМС России Е.А.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Шишлянникова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Зима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Иркутская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36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19 - 23 </w:t>
            </w:r>
            <w:proofErr w:type="spellStart"/>
            <w:r w:rsidRPr="007B75D0">
              <w:rPr>
                <w:sz w:val="28"/>
                <w:szCs w:val="28"/>
              </w:rPr>
              <w:t>августа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«Памяти Первого Президента Чеченской Республики, Героя России – А.А. Кадырова»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Грозный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Чеченская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19 - 28 </w:t>
            </w:r>
            <w:proofErr w:type="spellStart"/>
            <w:r w:rsidRPr="007B75D0">
              <w:rPr>
                <w:b/>
                <w:sz w:val="28"/>
                <w:szCs w:val="28"/>
              </w:rPr>
              <w:t>августа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Европы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назначению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1 - 30 </w:t>
            </w:r>
            <w:proofErr w:type="spellStart"/>
            <w:r w:rsidRPr="007B75D0">
              <w:rPr>
                <w:b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Чемпионат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мира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Ереван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Армения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39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7 - 12 </w:t>
            </w:r>
            <w:proofErr w:type="spellStart"/>
            <w:r w:rsidRPr="007B75D0">
              <w:rPr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«ХХХ соревнования «Золотые Купола», памяти ЗТ СССР В.П. Кузнецова»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Владимир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Владимирская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40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8 - 13 </w:t>
            </w:r>
            <w:proofErr w:type="spellStart"/>
            <w:r w:rsidRPr="007B75D0">
              <w:rPr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Межрегиональные соревнования «Памяти ЗМС, чемпиона мира В.Ф. Колотова»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Первоуральск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Свердловская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41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13 - 19 </w:t>
            </w:r>
            <w:proofErr w:type="spellStart"/>
            <w:r w:rsidRPr="007B75D0">
              <w:rPr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VII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ЗТ СССР и РСФСР Ю.П. Саркисяна и ЗТР В.Ф. Соколова»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с. </w:t>
            </w:r>
            <w:proofErr w:type="spellStart"/>
            <w:r w:rsidRPr="007B75D0">
              <w:rPr>
                <w:sz w:val="28"/>
                <w:szCs w:val="28"/>
              </w:rPr>
              <w:t>Сукко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Краснодарский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6 - 10 </w:t>
            </w:r>
            <w:proofErr w:type="spellStart"/>
            <w:r w:rsidRPr="007B75D0">
              <w:rPr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</w:t>
            </w:r>
            <w:proofErr w:type="spellStart"/>
            <w:r w:rsidRPr="007B75D0">
              <w:rPr>
                <w:sz w:val="28"/>
                <w:szCs w:val="28"/>
              </w:rPr>
              <w:t>Олимпийские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надежды</w:t>
            </w:r>
            <w:proofErr w:type="spellEnd"/>
            <w:r w:rsidRPr="007B75D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11 - 20 </w:t>
            </w:r>
            <w:proofErr w:type="spellStart"/>
            <w:r w:rsidRPr="007B75D0">
              <w:rPr>
                <w:b/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Первенство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Европы</w:t>
            </w:r>
            <w:proofErr w:type="spellEnd"/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юниоры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юниорки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15-20 </w:t>
            </w:r>
            <w:proofErr w:type="spellStart"/>
            <w:r w:rsidRPr="007B75D0">
              <w:rPr>
                <w:b/>
                <w:sz w:val="28"/>
                <w:szCs w:val="28"/>
              </w:rPr>
              <w:t>лет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21-23 </w:t>
            </w:r>
            <w:proofErr w:type="spellStart"/>
            <w:r w:rsidRPr="007B75D0">
              <w:rPr>
                <w:b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назначению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44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14 - 19 </w:t>
            </w:r>
            <w:proofErr w:type="spellStart"/>
            <w:r w:rsidRPr="007B75D0">
              <w:rPr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ЗТ РСФСР А.П.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Колоктионова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 xml:space="preserve"> и Олимпийского чемпиона В.С. Голованова»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Хабаровск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Хабаровский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край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45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27 - 30 </w:t>
            </w:r>
            <w:proofErr w:type="spellStart"/>
            <w:r w:rsidRPr="007B75D0">
              <w:rPr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XXXIV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Олимпийского чемпиона, ЗМС Александра Воронина»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г. Кемерово, Кемеровская область – Кузбасс</w:t>
            </w:r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46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1 - 30 </w:t>
            </w:r>
            <w:proofErr w:type="spellStart"/>
            <w:r w:rsidRPr="007B75D0">
              <w:rPr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4th IWF Qualifier for LA2028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Каракас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Венесуэла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47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1 - 7 </w:t>
            </w:r>
            <w:proofErr w:type="spellStart"/>
            <w:r w:rsidRPr="007B75D0">
              <w:rPr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«Памяти первого Олимпийского чемпиона в СССР И.В. Удодова»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Шахты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Ростовская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48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18 - 21 </w:t>
            </w:r>
            <w:proofErr w:type="spellStart"/>
            <w:r w:rsidRPr="007B75D0">
              <w:rPr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ЗТ СССР Е.А.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Тимерзянова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юниоры, юниорки 15-23 года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Бугульма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Республика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Татарстан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49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22 - 28 </w:t>
            </w:r>
            <w:proofErr w:type="spellStart"/>
            <w:r w:rsidRPr="007B75D0">
              <w:rPr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«Серебряный Гриф» на призы ЗМС Б.В. Серёгина»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Тула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Тульская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50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2 - 5 </w:t>
            </w:r>
            <w:proofErr w:type="spellStart"/>
            <w:r w:rsidRPr="007B75D0">
              <w:rPr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«На призы Министерства физической культуры и спорта Курской области»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Курск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Курская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2 - 6 </w:t>
            </w:r>
            <w:proofErr w:type="spellStart"/>
            <w:r w:rsidRPr="007B75D0">
              <w:rPr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«Кубок Дальнего Востока»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Холмск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Сахалинская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52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8 - 11 </w:t>
            </w:r>
            <w:proofErr w:type="spellStart"/>
            <w:r w:rsidRPr="007B75D0">
              <w:rPr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«Турнир памяти В.Ф. Краевского»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Санкт-Петербург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10 - 15 </w:t>
            </w:r>
            <w:proofErr w:type="spellStart"/>
            <w:r w:rsidRPr="007B75D0">
              <w:rPr>
                <w:b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РОССИИ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юниоры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b/>
                <w:sz w:val="28"/>
                <w:szCs w:val="28"/>
              </w:rPr>
              <w:t>юниорки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15-20 </w:t>
            </w:r>
            <w:proofErr w:type="spellStart"/>
            <w:r w:rsidRPr="007B75D0">
              <w:rPr>
                <w:b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b/>
                <w:sz w:val="28"/>
                <w:szCs w:val="28"/>
              </w:rPr>
              <w:t>Москва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54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16 - 19 </w:t>
            </w:r>
            <w:proofErr w:type="spellStart"/>
            <w:r w:rsidRPr="007B75D0">
              <w:rPr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«Кубок Сибири памяти первого российского чемпиона мира»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Томск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Томская</w:t>
            </w:r>
            <w:proofErr w:type="spellEnd"/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область</w:t>
            </w:r>
            <w:proofErr w:type="spellEnd"/>
          </w:p>
        </w:tc>
      </w:tr>
      <w:tr w:rsidR="007B75D0" w:rsidRPr="007B75D0" w:rsidTr="007B75D0">
        <w:trPr>
          <w:jc w:val="center"/>
        </w:trPr>
        <w:tc>
          <w:tcPr>
            <w:tcW w:w="69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55</w:t>
            </w:r>
          </w:p>
        </w:tc>
        <w:tc>
          <w:tcPr>
            <w:tcW w:w="1984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20 - 26 </w:t>
            </w:r>
            <w:proofErr w:type="spellStart"/>
            <w:r w:rsidRPr="007B75D0">
              <w:rPr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5102" w:type="dxa"/>
          </w:tcPr>
          <w:p w:rsidR="007B75D0" w:rsidRPr="007B75D0" w:rsidRDefault="007B75D0" w:rsidP="00791E7D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«Железная лига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Гераклиона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13-17 лет мужчины, женщины</w:t>
            </w:r>
          </w:p>
        </w:tc>
        <w:tc>
          <w:tcPr>
            <w:tcW w:w="3402" w:type="dxa"/>
          </w:tcPr>
          <w:p w:rsidR="007B75D0" w:rsidRPr="007B75D0" w:rsidRDefault="007B75D0" w:rsidP="00791E7D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proofErr w:type="spellStart"/>
            <w:r w:rsidRPr="007B75D0">
              <w:rPr>
                <w:sz w:val="28"/>
                <w:szCs w:val="28"/>
              </w:rPr>
              <w:t>Москва</w:t>
            </w:r>
            <w:proofErr w:type="spellEnd"/>
          </w:p>
        </w:tc>
      </w:tr>
      <w:tr w:rsidR="009E3E04" w:rsidRPr="007B75D0" w:rsidTr="007B75D0">
        <w:trPr>
          <w:jc w:val="center"/>
        </w:trPr>
        <w:tc>
          <w:tcPr>
            <w:tcW w:w="14018" w:type="dxa"/>
            <w:gridSpan w:val="5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bookmarkStart w:id="1" w:name="_GoBack"/>
            <w:bookmarkEnd w:id="1"/>
            <w:r w:rsidRPr="007B75D0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7B75D0">
              <w:rPr>
                <w:b/>
                <w:sz w:val="28"/>
                <w:szCs w:val="28"/>
              </w:rPr>
              <w:t>часть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ЕКП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19 - 25 января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«Юность Урала»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г. </w:t>
            </w:r>
            <w:r w:rsidRPr="007B75D0">
              <w:rPr>
                <w:sz w:val="28"/>
                <w:szCs w:val="28"/>
                <w:lang w:val="ru-RU"/>
              </w:rPr>
              <w:t>Каменск-Уральский, Свердловская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</w:t>
            </w:r>
            <w:proofErr w:type="spellStart"/>
            <w:r w:rsidRPr="007B75D0">
              <w:rPr>
                <w:sz w:val="28"/>
                <w:szCs w:val="28"/>
              </w:rPr>
              <w:t>февраля</w:t>
            </w:r>
            <w:proofErr w:type="spellEnd"/>
            <w:r w:rsidRPr="007B75D0">
              <w:rPr>
                <w:sz w:val="28"/>
                <w:szCs w:val="28"/>
              </w:rPr>
              <w:t xml:space="preserve"> - 31 марта</w:t>
            </w:r>
          </w:p>
        </w:tc>
        <w:tc>
          <w:tcPr>
            <w:tcW w:w="5102" w:type="dxa"/>
          </w:tcPr>
          <w:p w:rsidR="009E3E04" w:rsidRPr="007B75D0" w:rsidRDefault="007B75D0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2-й квалификационный турнир МФТА для ОИ-2028 в Лос-Анджелесе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Ташкент, Узбекистан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5 - 8 февраля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КУБОК РОССИИ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8 - 15 февраля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«Турнир памяти ЗТР </w:t>
            </w:r>
            <w:r w:rsidRPr="007B75D0">
              <w:rPr>
                <w:sz w:val="28"/>
                <w:szCs w:val="28"/>
                <w:lang w:val="ru-RU"/>
              </w:rPr>
              <w:t>М.С. Окунева, на призы Олимпийского чемпиона Дмитрия Берестова»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д. Кузьмино-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Фильчаково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, Московская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23 - 28 </w:t>
            </w:r>
            <w:proofErr w:type="spellStart"/>
            <w:r w:rsidRPr="007B75D0">
              <w:rPr>
                <w:b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РОССИИ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</w:t>
            </w:r>
            <w:r w:rsidRPr="007B75D0">
              <w:rPr>
                <w:b/>
                <w:sz w:val="28"/>
                <w:szCs w:val="28"/>
              </w:rPr>
              <w:t>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3 - 8 марта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«Памяти ЗТР Р.Х.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Шагапова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мальчики, девочки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10-12 лет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 xml:space="preserve">г. Екатеринбург, </w:t>
            </w:r>
            <w:r w:rsidRPr="007B75D0">
              <w:rPr>
                <w:sz w:val="28"/>
                <w:szCs w:val="28"/>
              </w:rPr>
              <w:lastRenderedPageBreak/>
              <w:t>Свердловская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9E3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9 - 15 марта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XXVII</w:t>
            </w:r>
            <w:r w:rsidRPr="007B75D0">
              <w:rPr>
                <w:sz w:val="28"/>
                <w:szCs w:val="28"/>
                <w:lang w:val="ru-RU"/>
              </w:rPr>
              <w:t xml:space="preserve"> Всероссийский турнир пам</w:t>
            </w:r>
            <w:r w:rsidRPr="007B75D0">
              <w:rPr>
                <w:sz w:val="28"/>
                <w:szCs w:val="28"/>
                <w:lang w:val="ru-RU"/>
              </w:rPr>
              <w:t xml:space="preserve">яти ЗТ РСФСР Б.А.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Шесталюка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пос. Солнечный, Ханты-Мансийский автономный округ-Югра, Сургутский район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Чемпионат Центрального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Влад</w:t>
            </w:r>
            <w:r w:rsidRPr="007B75D0">
              <w:rPr>
                <w:sz w:val="28"/>
                <w:szCs w:val="28"/>
              </w:rPr>
              <w:t>имир, Владимирская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Первенство Центрального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Владимир, Владимирская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Северо-Западного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Калининград, </w:t>
            </w:r>
            <w:r w:rsidRPr="007B75D0">
              <w:rPr>
                <w:sz w:val="28"/>
                <w:szCs w:val="28"/>
              </w:rPr>
              <w:t>Калининградская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Первенство Северо-Западного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Калининград, Калининградская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Чемпионат Приволжского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Оренбург, </w:t>
            </w:r>
            <w:r w:rsidRPr="007B75D0">
              <w:rPr>
                <w:sz w:val="28"/>
                <w:szCs w:val="28"/>
              </w:rPr>
              <w:t>Оренбургская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Первенство Приволжского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Оренбург, Оренбургская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Чемпионат Уральского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Екатеринбург, Свердловская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Первенство Уральского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Екатеринбург, Свердловская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Чемпионат Южного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с. Сукко, Краснодарский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Первенство Южного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с. Сукко, Краснодарский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Северо-Кавказского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Грозный, Чеченская Республика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Первенство </w:t>
            </w:r>
            <w:r w:rsidRPr="007B75D0">
              <w:rPr>
                <w:sz w:val="28"/>
                <w:szCs w:val="28"/>
                <w:lang w:val="ru-RU"/>
              </w:rPr>
              <w:t>Северо-Кавказского федерального округа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Грозный, Чеченская Республика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20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5 - 11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Чемпионат объединенной зоны Сибирского и Дальневосточного федеральных округов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Абакан, Республика Хакасия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5 - 11 </w:t>
            </w:r>
            <w:r w:rsidRPr="007B75D0">
              <w:rPr>
                <w:sz w:val="28"/>
                <w:szCs w:val="28"/>
              </w:rPr>
              <w:t>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Первенство объединенной зоны Сибирского и Дальневосточного федеральных округов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юноши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девушки</w:t>
            </w:r>
            <w:proofErr w:type="spellEnd"/>
            <w:r w:rsidRPr="007B75D0">
              <w:rPr>
                <w:sz w:val="28"/>
                <w:szCs w:val="28"/>
              </w:rPr>
              <w:t xml:space="preserve"> 13-17 </w:t>
            </w:r>
            <w:proofErr w:type="spellStart"/>
            <w:r w:rsidRPr="007B75D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Абакан, Республика Хакасия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11 - 18 апреля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Чемпионат Европы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Турция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1 - 31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мира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юниоры, юниорки </w:t>
            </w:r>
            <w:r w:rsidRPr="007B75D0">
              <w:rPr>
                <w:b/>
                <w:sz w:val="28"/>
                <w:szCs w:val="28"/>
              </w:rPr>
              <w:t>15-20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Тирана, Албания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1 - 5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«Победа»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25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6 - 9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XXXVII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участника Великой Отечественной войны Ю.П. Иванова»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</w:t>
            </w:r>
            <w:r w:rsidRPr="007B75D0">
              <w:rPr>
                <w:sz w:val="28"/>
                <w:szCs w:val="28"/>
              </w:rPr>
              <w:t>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Красноярск, Красноярский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10 - 13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«Турнир памяти Маршала Советского Союза Г.К. Жукова»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Обнинск, Калужская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14 - 18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ПЕРВЕНСТВО </w:t>
            </w:r>
            <w:r w:rsidRPr="007B75D0">
              <w:rPr>
                <w:b/>
                <w:sz w:val="28"/>
                <w:szCs w:val="28"/>
              </w:rPr>
              <w:t>РОССИИ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юниоры, юниорки 15-23 года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18 - 23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«Янтарная штанга» памяти судьи международной категории Э.И. Цирика»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Калининград, Калининградская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24 - 29 мая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</w:t>
            </w:r>
            <w:r w:rsidRPr="007B75D0">
              <w:rPr>
                <w:sz w:val="28"/>
                <w:szCs w:val="28"/>
                <w:lang w:val="ru-RU"/>
              </w:rPr>
              <w:t>РОССИЙСКИЕ СОРЕВНОВАНИЯ «Железная игра» на призы МСМК СССР М.В. Шуваева»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Барнаул, Алтайский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1 - 30 июня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мира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г. Асунсьон, </w:t>
            </w:r>
            <w:r w:rsidRPr="007B75D0">
              <w:rPr>
                <w:b/>
                <w:sz w:val="28"/>
                <w:szCs w:val="28"/>
              </w:rPr>
              <w:t>Парагвай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31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1 - 30 июня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3rd IWF Qualifier for LA2028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Лима, Перу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32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2 - 6 июня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Олимпийского чемпиона А.П.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Курынова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Казань, Республика Татарстан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9 - 14 июля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 xml:space="preserve">ЧЕМПИОНАТ </w:t>
            </w:r>
            <w:r w:rsidRPr="007B75D0">
              <w:rPr>
                <w:b/>
                <w:sz w:val="28"/>
                <w:szCs w:val="28"/>
              </w:rPr>
              <w:t>РОССИИ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34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19 - 26 июля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«Путь к Олимпу»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35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28 июля - 2 августа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IV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ЗТР П.Г. Блин</w:t>
            </w:r>
            <w:r w:rsidRPr="007B75D0">
              <w:rPr>
                <w:sz w:val="28"/>
                <w:szCs w:val="28"/>
                <w:lang w:val="ru-RU"/>
              </w:rPr>
              <w:t xml:space="preserve">ова на призы ЗМС России Е.А.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Шишлянникова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Зима, Иркутская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36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19 - 23 августа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«Памяти Первого Президента Чеченской Республики, Героя России – А.А. Кадырова»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</w:t>
            </w:r>
            <w:r w:rsidRPr="007B75D0">
              <w:rPr>
                <w:sz w:val="28"/>
                <w:szCs w:val="28"/>
              </w:rPr>
              <w:t>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Грозный, Чеченская Республика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19 - 28 августа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Европы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b/>
                <w:sz w:val="28"/>
                <w:szCs w:val="28"/>
                <w:lang w:val="ru-RU"/>
              </w:rPr>
              <w:t>юноши, девушки 13-15 лет юноши, девушки 13-17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b/>
                <w:sz w:val="28"/>
                <w:szCs w:val="28"/>
              </w:rPr>
              <w:t>по</w:t>
            </w:r>
            <w:proofErr w:type="spellEnd"/>
            <w:r w:rsidRPr="007B75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b/>
                <w:sz w:val="28"/>
                <w:szCs w:val="28"/>
              </w:rPr>
              <w:t>назначению</w:t>
            </w:r>
            <w:proofErr w:type="spellEnd"/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1 - 30 сентября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Чемпионат мира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Ереван, Армения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39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7 - 12 сентября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«ХХХ соревнования «Золотые Купола», памяти ЗТ СССР В.П. Кузнецова»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Владимир, Владимирская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40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8 - 13 </w:t>
            </w:r>
            <w:r w:rsidRPr="007B75D0">
              <w:rPr>
                <w:sz w:val="28"/>
                <w:szCs w:val="28"/>
              </w:rPr>
              <w:lastRenderedPageBreak/>
              <w:t>сентября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Межрегиональные соревнования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«Памяти ЗМС, чемпиона мира В.Ф. </w:t>
            </w:r>
            <w:r w:rsidRPr="007B75D0">
              <w:rPr>
                <w:sz w:val="28"/>
                <w:szCs w:val="28"/>
                <w:lang w:val="ru-RU"/>
              </w:rPr>
              <w:t>Колотова»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мальчики, девочки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10-12 лет,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 xml:space="preserve">г. Первоуральск, </w:t>
            </w:r>
            <w:r w:rsidRPr="007B75D0">
              <w:rPr>
                <w:sz w:val="28"/>
                <w:szCs w:val="28"/>
              </w:rPr>
              <w:lastRenderedPageBreak/>
              <w:t>Свердловская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41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13 - 19 сентября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VII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ЗТ СССР и РСФСР Ю.П. Саркисяна и ЗТР В.Ф. Соколова»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</w:t>
            </w:r>
            <w:r w:rsidRPr="007B75D0">
              <w:rPr>
                <w:sz w:val="28"/>
                <w:szCs w:val="28"/>
                <w:lang w:val="ru-RU"/>
              </w:rPr>
              <w:t>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с. Сукко, Краснодарский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42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6 - 10 октября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ВСЕРОССИЙСКИЕ СОРЕВНОВАНИЯ «Олимпийские надежды»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11 - 20 октября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Европы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юниоры, юниорки 15-20 лет, 21-23 года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по назн</w:t>
            </w:r>
            <w:r w:rsidRPr="007B75D0">
              <w:rPr>
                <w:b/>
                <w:sz w:val="28"/>
                <w:szCs w:val="28"/>
              </w:rPr>
              <w:t>ачению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44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14 - 19 октября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«Памяти ЗТ РСФСР А.П.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Колоктионова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 xml:space="preserve"> и Олимпийского чемпиона В.С. Голованова»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Хабаровск, Хабаровский край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45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27 - 30 </w:t>
            </w:r>
            <w:r w:rsidRPr="007B75D0">
              <w:rPr>
                <w:sz w:val="28"/>
                <w:szCs w:val="28"/>
              </w:rPr>
              <w:t>октября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</w:t>
            </w:r>
            <w:r w:rsidRPr="007B75D0">
              <w:rPr>
                <w:sz w:val="28"/>
                <w:szCs w:val="28"/>
              </w:rPr>
              <w:t>XXXIV</w:t>
            </w:r>
            <w:r w:rsidRPr="007B75D0">
              <w:rPr>
                <w:sz w:val="28"/>
                <w:szCs w:val="28"/>
                <w:lang w:val="ru-RU"/>
              </w:rPr>
              <w:t xml:space="preserve"> турнир памяти Олимпийского чемпиона, ЗМС Александра Воронина»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г. Кемерово, Кемеровская область – Кузбасс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46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1 - 30 ноября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4th IWF Qualifier for LA2028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Каракас, Венесуэла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47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1 </w:t>
            </w:r>
            <w:r w:rsidRPr="007B75D0">
              <w:rPr>
                <w:sz w:val="28"/>
                <w:szCs w:val="28"/>
              </w:rPr>
              <w:t>- 7 ноября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«Памяти первого Олимпийского чемпиона в СССР И.В. Удодова»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лет,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Шахты, Ростовская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48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18 - 21 ноября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</w:t>
            </w:r>
            <w:r w:rsidRPr="007B75D0">
              <w:rPr>
                <w:sz w:val="28"/>
                <w:szCs w:val="28"/>
                <w:lang w:val="ru-RU"/>
              </w:rPr>
              <w:t xml:space="preserve">«Памяти ЗТ СССР Е.А.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Тимерзянова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юниоры, юниорки 15-23 года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Бугульма, Республика Татарстан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49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22 - 28 </w:t>
            </w:r>
            <w:r w:rsidRPr="007B75D0">
              <w:rPr>
                <w:sz w:val="28"/>
                <w:szCs w:val="28"/>
              </w:rPr>
              <w:lastRenderedPageBreak/>
              <w:t>ноября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ВСЕРОССИЙСКИЕ СОРЕВНОВАНИЯ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«Серебряный Гриф» на призы ЗМС Б.В. Серёгина»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lastRenderedPageBreak/>
              <w:t xml:space="preserve">мальчики, девочки </w:t>
            </w:r>
            <w:r w:rsidRPr="007B75D0">
              <w:rPr>
                <w:sz w:val="28"/>
                <w:szCs w:val="28"/>
                <w:lang w:val="ru-RU"/>
              </w:rPr>
              <w:lastRenderedPageBreak/>
              <w:t>10-12 лет, 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 xml:space="preserve">г. Тула, Тульская </w:t>
            </w:r>
            <w:r w:rsidRPr="007B75D0">
              <w:rPr>
                <w:sz w:val="28"/>
                <w:szCs w:val="28"/>
              </w:rPr>
              <w:lastRenderedPageBreak/>
              <w:t>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2 - 5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«На призы Министерства физической культуры и спорта Курской области»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 xml:space="preserve">,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Курск, Курская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51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2 - 6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«Кубок Дальнего Востока»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13-15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Холмск, Сахалинская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52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8 - 11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«Турнир памяти В.Ф. Краевского»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proofErr w:type="spellStart"/>
            <w:r w:rsidRPr="007B75D0">
              <w:rPr>
                <w:sz w:val="28"/>
                <w:szCs w:val="28"/>
              </w:rPr>
              <w:t>мужчины</w:t>
            </w:r>
            <w:proofErr w:type="spellEnd"/>
            <w:r w:rsidRPr="007B75D0">
              <w:rPr>
                <w:sz w:val="28"/>
                <w:szCs w:val="28"/>
              </w:rPr>
              <w:t>,</w:t>
            </w:r>
            <w:r w:rsidRPr="007B75D0">
              <w:rPr>
                <w:sz w:val="28"/>
                <w:szCs w:val="28"/>
              </w:rPr>
              <w:t xml:space="preserve"> </w:t>
            </w:r>
            <w:proofErr w:type="spellStart"/>
            <w:r w:rsidRPr="007B75D0">
              <w:rPr>
                <w:sz w:val="28"/>
                <w:szCs w:val="28"/>
              </w:rPr>
              <w:t>женщины</w:t>
            </w:r>
            <w:proofErr w:type="spellEnd"/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Санкт-Петербург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10 - 15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ПЕРВЕНСТВО РОССИИ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юниоры, юниорки 15-20 лет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b/>
                <w:sz w:val="28"/>
                <w:szCs w:val="28"/>
              </w:rPr>
              <w:t>г. Москва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54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16 - 19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ВСЕРОССИЙСКИЕ СОРЕВНОВАНИЯ «Кубок Сибири памяти первого российского чемпиона мира»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 xml:space="preserve">г. </w:t>
            </w:r>
            <w:r w:rsidRPr="007B75D0">
              <w:rPr>
                <w:sz w:val="28"/>
                <w:szCs w:val="28"/>
              </w:rPr>
              <w:t>Томск, Томская область</w:t>
            </w:r>
          </w:p>
        </w:tc>
      </w:tr>
      <w:tr w:rsidR="009E3E04" w:rsidRPr="007B75D0" w:rsidTr="007B75D0">
        <w:trPr>
          <w:jc w:val="center"/>
        </w:trPr>
        <w:tc>
          <w:tcPr>
            <w:tcW w:w="69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55</w:t>
            </w:r>
          </w:p>
        </w:tc>
        <w:tc>
          <w:tcPr>
            <w:tcW w:w="1984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20 - 26 декабря</w:t>
            </w:r>
          </w:p>
        </w:tc>
        <w:tc>
          <w:tcPr>
            <w:tcW w:w="5102" w:type="dxa"/>
          </w:tcPr>
          <w:p w:rsidR="009E3E04" w:rsidRPr="007B75D0" w:rsidRDefault="00ED608A">
            <w:pPr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 xml:space="preserve">ВСЕРОССИЙСКИЕ СОРЕВНОВАНИЯ «Железная лига </w:t>
            </w:r>
            <w:proofErr w:type="spellStart"/>
            <w:r w:rsidRPr="007B75D0">
              <w:rPr>
                <w:sz w:val="28"/>
                <w:szCs w:val="28"/>
                <w:lang w:val="ru-RU"/>
              </w:rPr>
              <w:t>Гераклиона</w:t>
            </w:r>
            <w:proofErr w:type="spellEnd"/>
            <w:r w:rsidRPr="007B75D0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835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  <w:lang w:val="ru-RU"/>
              </w:rPr>
            </w:pPr>
            <w:r w:rsidRPr="007B75D0">
              <w:rPr>
                <w:sz w:val="28"/>
                <w:szCs w:val="28"/>
                <w:lang w:val="ru-RU"/>
              </w:rPr>
              <w:t>мальчики, девочки 10-12 лет юноши, девушки 13-17 лет мужчины, женщины</w:t>
            </w:r>
          </w:p>
        </w:tc>
        <w:tc>
          <w:tcPr>
            <w:tcW w:w="3402" w:type="dxa"/>
          </w:tcPr>
          <w:p w:rsidR="009E3E04" w:rsidRPr="007B75D0" w:rsidRDefault="00ED608A">
            <w:pPr>
              <w:jc w:val="center"/>
              <w:rPr>
                <w:sz w:val="28"/>
                <w:szCs w:val="28"/>
              </w:rPr>
            </w:pPr>
            <w:r w:rsidRPr="007B75D0">
              <w:rPr>
                <w:sz w:val="28"/>
                <w:szCs w:val="28"/>
              </w:rPr>
              <w:t>г. Москва</w:t>
            </w:r>
          </w:p>
        </w:tc>
      </w:tr>
      <w:bookmarkEnd w:id="0"/>
    </w:tbl>
    <w:p w:rsidR="00ED608A" w:rsidRPr="007B75D0" w:rsidRDefault="00ED608A">
      <w:pPr>
        <w:rPr>
          <w:sz w:val="28"/>
          <w:szCs w:val="28"/>
        </w:rPr>
      </w:pPr>
    </w:p>
    <w:sectPr w:rsidR="00ED608A" w:rsidRPr="007B75D0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75D0"/>
    <w:rsid w:val="009E3E04"/>
    <w:rsid w:val="00AA1D8D"/>
    <w:rsid w:val="00B47730"/>
    <w:rsid w:val="00CB0664"/>
    <w:rsid w:val="00ED60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DC07E1D-65C3-47F1-82F1-A1711F71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B7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B7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77594-AEBD-456D-9D97-3A0781A5C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2294</Words>
  <Characters>13077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2026-09-18T10:51:00Z</cp:lastPrinted>
  <dcterms:created xsi:type="dcterms:W3CDTF">2026-09-18T10:55:00Z</dcterms:created>
  <dcterms:modified xsi:type="dcterms:W3CDTF">2026-09-18T10:55:00Z</dcterms:modified>
  <cp:category/>
</cp:coreProperties>
</file>